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השוק של יום שישי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מירה בשוק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יחיד-רבים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להביע רגש ודעה בעזרת המילה 'כי'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בעיר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ביום שישי בבוקר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מירה באה לישראל רק לפני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שיש הרבה אנשים ורעש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(תפוחים)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(כובעים)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(מוכרות)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מירה הולכת עם אבא לשוק ביום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מירה רוצה לקנות תפוחים אבל מפחדת לשאול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מירה אומרת לאט שהיא רוצה שלושה תפוחים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הבנת 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מירה, אבא, המוכרת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תפוחים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שמחה ובטוחה, לא מפחדת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בקול יחד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מילים יוצאות דופן ביחיד-רבים כמו לחם-לחמים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לאפשר תשובה בעל פה או בציור במקום בכתב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השוק של יום שישי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'השוק של יום שישי' מירה, עולה חדשה, הולכת עם אבא לשוק ולומדת לקנות תפוחים בעברית. נתרגל יחד את הסיפור, את המילים החדשות ואת הרגשות של מירה.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פרחים  ·  חודש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מירה גרה?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בכפר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בעיר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מירה הולכת לשוק?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ביום ראשון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ביום שישי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מירה גרה בישראל כבר הרבה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בשוק יש הרבה אנשים ורעש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מירה באה לישראל לפני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בשוק יש פירות, ירקות, לחם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כובעים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תפוחים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כובע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מוכרות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פרחים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מירה רוצה לקנות תפוחים אבל מפחדת לשאול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מירה אומרת לאט שהיא רוצה שלושה תפוחים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מירה הולכת עם אבא לשוק ביום שישי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הבנת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הדמויות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מירה קונה בשוק?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השוק של יום שישי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