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השוק של יום שישי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מירה בשוק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יחיד-רבים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להביע רגש ודעה בעזרת המילה 'כי'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בעיר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ביום שישי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עם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העברית שלך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בשבוע הבא אני קונה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מירה באה לישראל רק לפני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שיש הרבה אנשים ורעש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שהמוכרת עם כובע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מירה מדברת לאט והיא קצת מפחדת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בסוף מירה מחייכת ולא מפחדת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(תפוחים)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(כובעים)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(מוכרות)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מירה הולכת עם אבא לשוק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מירה רוצה לקנות תפוחים אבל מפחדת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המוכרת מחייכת ושואלת מה מירה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מירה אומרת לאט שהיא רוצה שלושה תפוחים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המוכרת אומרת שהעברית של מירה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הבנת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בהתחלה מירה מפחדת קצת כי היא לא יודעת איך לשאול. בסוף היא שמחה ובטוחה כי המוכרת אמרה שהעברית שלה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מירה, אבא, המוכרת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תפוחים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שמחה ובטוחה, לא מפחדת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בקול יחד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מילים יוצאות דופן ביחיד-רבים כמו לחם-לחמים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לאפשר תשובה בעל פה או בציור במקום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השוק של יום שישי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מירה היא ילדה חדשה בארץ. היא הולכת עם אבא לשוק. היא לומדת לקנות תפוחים בעברית. בואו נתרגל את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שׁוּק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הרבה דוכנים, קונים שם אוכל ודברים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מוֹכֶרֶת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שמוכרת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רַעַשׁ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קולות חזקים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מְפַחֶדֶת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מרגישה פחד, לא בטוחה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מְחַיֶּכֶת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עושה פנים שמחות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לְבַד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 אף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בַּדֶּרֶךְ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כשהולכים ממקום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מירה גרה?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בכפר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בעיר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מירה הולכת לשוק?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שישי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מי מירה הולכת?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המוכרת אומרת למירה?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תודה,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העברית שלך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 הנה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מירה אומרת לאבא?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בשבוע הבא אני קונה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לא רוצה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השוק 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מירה גרה בישראל כבר הרבה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 יש הרבה אנשים ורעש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למוכרת יש כובע צהוב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מירה מדברת מהר ובביטחון רב עם המוכרת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מירה עדיין מפחדת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מירה באה לישראל לפני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בשוק יש פירות, ירקות, לחם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מירה רוצה לקנות שלושה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המוכרת אומרת למירה: 'העברית שלך __________!'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מירה אומרת לאבא שבשבוע הבא היא קונה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מוכרות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תפוחים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כובעים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המוכרת אומרת שהעברית של מירה טובה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מירה אומרת לאט שהיא רוצה שלושה תפוחים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מירה הולכת עם אבא לשוק ביום שישי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מירה רוצה לקנות תפוחים אבל מפחדת לשאול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המוכרת מחייכת ושואלת מה מירה רוצה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הבנת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מירה מרגישה בהתחלת הסיפור ומה בסופו? הסבירו למה היא מרגישה 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הדמויות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מירה קונה בשוק?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מירה מרגישה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השוק של יום שישי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