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השוק של יום שישי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מירה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יחיד-רבים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רגש ודעה בעזרת המילה 'כי'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בעיר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ביום שישי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עם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העברית שלך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בשבוע הבא אני קונה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מירה באה לישראל רק לפני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שיש הרבה אנשים ורעש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שהמוכרת עם כובע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מירה מדברת לאט והיא קצת מפחדת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בסוף מירה מחייכת ולא מפחדת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(תפוחים)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(מוכרות)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מירה הולכת עם אבא לשוק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מירה רוצה לקנות תפוחים אבל מפחדת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המוכרת מחייכת ושואלת מה מירה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מירה אומרת לאט שהיא רוצה שלושה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המוכרת אומרת שהעברית של מירה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הבנת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בהתחלה מירה מפחדת קצת כי היא לא יודעת איך לשאול. בסוף היא שמחה ובטוחה כי המוכרת אמרה שהעברית שלה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מירה, אבא, המוכרת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תפוחים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שמחה ובטוחה, לא מפחדת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מילים יוצאות דופן ביחיד-רבים כמו לחם-לחמים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לאפשר תשובה בעל פה או בציור במקום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השוק של יום שישי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'השוק של יום שישי' מירה, עולה חדשה, הולכת עם אבא לשוק ולומדת לקנות תפוחים בעברית. נתרגל יחד את הסיפור, את המילים החדשות ואת הרגשות של מירה.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מירה 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בכפר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מירה הולכת לשוק?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שישי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מי מירה הולכת לשוק?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המוכרת אומרת למירה אחרי שהיא מדברת?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תודה,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העברית שלך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בוא הנה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מירה אומרת לאבא בדרך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בשבוע הבא אני קונה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לא רוצה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השוק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גרה בישראל כבר הרבה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בשוק יש הרבה אנשים ורעש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למוכרת יש כובע צהוב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מדברת מהר ובביטחון רב עם המוכרת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מירה עדיין מפחדת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מירה באה לישראל לפני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בשוק יש פירות, ירקות, לחם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מירה רוצה לקנות שלושה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המוכרת אומרת למירה: 'העברית שלך __________!'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מירה אומרת לאבא שבשבוע הבא היא קונה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מוכרות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תפוחים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רוצה לקנות תפוחים אבל מפחדת לשאול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הולכת עם אבא לשוק ביום שישי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מירה אומרת לאט שהיא רוצה שלושה תפוחים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אומרת שהעברית של מירה טובה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המוכרת מחייכת ושואלת מה מירה רוצה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הבנת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מירה מרגישה בהתחלת הסיפור ומה בסופו? הסבירו למה היא מרגישה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הדמויות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מירה קונה בשוק?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מירה מרגישה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השוק של יום שישי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